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חשיבות השמות והזהות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למקום, לסיור ולעזרה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השם הוא חלק מהזהות וצריך לכבד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ספרי לי על הבית שבו גדלת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ברור, קצר וכתוב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בלי מים אי אפשר לחיות ולגדל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שהשם שלו עוד לא כתוב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הסיפור והאהבה שבתוכו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שומרות על קשר בטלפון ונפגשות בחגים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מסכמים ומתעדים את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לחפץ יש ערך רגשי ולא רק כספי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ככה העזרה ממשיכה מאדם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שלט טוב הוא ברור, קצר וכתוב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(שאלה שעונים עליה כן או 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(ברור, קצר וכתוב 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(אנשים שהקימו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 בו סיפור ואהבה)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 שקיבל עוזר אחר כך לאחרים)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הסיור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לסיור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ליד מקומות חשובים ושומעים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שאלות פתוחות על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חוזרים מהסיור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משתפים ומציירים מפה של הסיור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החפץ וסיבה רגשית לחשיבותו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הפותחת לתשובה ארוכה, לא כן/לא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דורשת תשובה ארוכה, שאלה סגורה היא כן/לא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השם הוא חלק מהזהות ויש לכבד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בלי מים אי אפשר לחיות ולגדל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המשחקים באתר כהכנה לדף ואז לבצע את הדף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בדוגמה אישית של חפץ מיוחד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להסביר בעל פה למה בחרו כל זוג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דברים שלמדנו על המשפחה, היישוב והשמות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מהיכן המשפחה שלנו מגיעה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אני, השם שלי והמשפחה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שאפשר לענות עליה בהרבה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סגורה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שעונים עליה כן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מייסדים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שהקימו את היישוב בפעם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שמראה לאנשים לאן ללכת או מה יש במקום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כדי להכיר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להגיד שם של מישהו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השם הוא חלק מהזהות וצריך לכבד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ככה נהוג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צריכה תשובה ארוכה?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אהבת את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גרה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שיהיה בשלט?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ברור, קצר וכתוב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צריך מים כדי להקים 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לשחות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בלי מים אי אפשר לחיות ולגדל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אהבו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עומר מצא שחסר?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שהשם שלו עוד לא כתוב בעץ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שהדף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לו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שהעץ מצויר בעיפרון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חפץ למיוחד?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הגיל שלו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שגרות רחוק זו מזו לא יכולות לשמור על קשר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הסיור מומלץ לשתף ולצייר 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שומרים על חפץ שמביאים לכיתה כי הוא יקר ללב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דומה לכדור מתגלגל כי מי שקיבל עזרה עוזר הלאה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טוב צריך להיות ארוך ומלא פרטים כדי שיהיה מדויק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__________ היא שאלה שעונים עליה בהרבה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אנשים שהקימו את היישוב בפעם הראשונה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הסיור משתפים ומציירים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הופך למיוחד בזכות הסיפור וה__________ שבתוכו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עומר גילה שהשם שלו עוד לא כתוב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שהקימו את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שלט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שקיבל עוזר אחר כך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בו סיפור ואהבה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חפץ מיוחד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שעונים עליה כן או 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עזרה מתגלגלת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ברור, קצר וכתוב 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הסיור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מהסיור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ומציירים מפה של הסיור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ליד מקומות חשובים ושומעים עליהם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לסיור ביישוב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שאלות פתוחות על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 אחד מהבית שלכם שחשוב לכם ולמה הוא 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פתוחה אחת ששאלתם קרוב משפחה על העבר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לבטא שם של מישהו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המייסדים חיפשו מקום עם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