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שורשים ומקום – המשפחה שלי והיישוב שלי לכיתה ג׳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שורשים ומקום – המשפחה שלי והיישוב שלי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לחזק הבנה של חשיבות השמות והזהות המשפחתית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הבדלה בין שאלה פתוחה לשאלה סגורה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מושגים הקשורים למקום, לסיור ולעזרה הדדית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כי השם הוא חלק מהזהות וצריך לכבד אותו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ספרי לי על הבית שבו גדלת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ברור, קצר וכתוב יפה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הן שומרות על קשר בטלפון ונפגשות בחגים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מסכמים ומתעדים את הסיור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פתוחה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מייסדים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המושג למשמעות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(שאלה שעונים עליה כן או לא)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(ברור, קצר וכתוב יפה)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(אנשים שהקימו את היישוב)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(יש בו סיפור ואהבה)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הסיור בסדר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יוצאים לסיור ביישוב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עוצרים ליד מקומות חשובים ושומעים עליהם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שואלים שאלות פתוחות על המקום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חוזרים מהסיור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הכוללת תיאור החפץ וסיבה רגשית לחשיבותו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שאלה פתוחה דורשת תשובה ארוכה, שאלה סגורה היא כן/לא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השם הוא חלק מהזהות ויש לכבד אותו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בלי מים אי אפשר לחיות ולגדל צמחים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לשחק את המשחקים באתר כהכנה לדף ואז לבצע את הדף בכתב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לדון בכיתה בדוגמה אישית של חפץ מיוחד לפני המשימה הפתוחה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ההתאמה אפשר לבקש מהתלמידים להסביר בעל פה למה בחרו כל זוג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שורשים ומקום – המשפחה שלי והיישוב שלי לכיתה ג׳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שורשים ומקום – המשפחה שלי והיישוב שלי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הזה נתרגל רעיונות מהמשחקים על המשפחה, היישוב, השמות והסיפורים שלמדנו עליהם.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מייסדים  ·  פתוחה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למה חשוב לבטא שם של מישהו נכון?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כדי לקבל ציון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כי זה מצחיק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כי השם הוא חלק מהזהות וצריך לכבד אותו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איזו מהשאלות הבאות היא שאלה פתוחה?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היה לך כלב?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ספרי לי על הבית שבו גדלת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אהבת את בית הספר?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איך נראה שלט טוב?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ארוך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ברור, קצר וכתוב 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בלי מילים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משפחות שגרות רחוק זו מזו לא יכולות לשמור על קשר כלל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בסוף הסיור מומלץ לשתף ולצייר מפה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שאלה __________ היא שאלה שעונים עליה בהרבה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אנשים שהקימו את היישוב בפעם הראשונה נקראים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בין המושג למשמעות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שאלה סגורה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אנשים שהקימו את היישוב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שלט טוב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יש בו סיפור ואהבה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מייסדים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שאלה שעונים עליה כן או לא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חפץ מיוחד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ברור, קצר וכתוב יפה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שלבי הסיור בסדר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חוזרים מהסיור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יוצאים לסיור ביישוב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עוצרים ליד מקומות חשובים ושומעים עליהם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שואלים שאלות פתוחות על המקום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ספרו על חפץ אחד מהבית שלכם שחשוב לכם ולמה הוא מיוחד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ההבדל בין שאלה פתוחה לשאלה סגורה?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למה חשוב לבטא שם של מישהו נכון?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שורשים ומקום – המשפחה שלי והיישוב שלי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